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ה׳ הידיעה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מוסיפים ה׳ הידיעה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שגם שם תואר אחרי שם עצם מיודע מקבל ה׳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ה׳ הידיעה נעלמת בכתיב (עם ב/כ/ל) ומתי היא נשארת (עם מ׳)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ה׳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שמות פרטיים כבר מסוימים בלי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צריך התאמה בין שם העצם לתואר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(הילד הגבוה)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כשמדובר בדבר מסוים ומוכר שכבר דיברנו עליו קודם.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שמדובר בדבר מסוים ומוכר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ה׳ נעלמת בכתיב ונשמע 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צריכה לכלול ה׳ גם בשם העצם וגם בתואר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בדוגמאות מהכרטיס ההסבר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ב/כ/ל (ה׳ נעלמת) לבין מ׳ (ה׳ נשארת)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ה׳ הידיעה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ה׳ הידיעה היא אות קטנה שמוסיפים לפני שם עצם כדי לומר שמדובר בדבר מסוים ומוכר. בדף הזה נתרגל מתי מוסיפים אותה, מה קורה לשם תואר, ומה קורה לה׳ כשמוסיפים לפניה ב/כ/ל או מ׳.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הגבוה  ·  לים  ·  הכלב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מיודעת (יש לה ה׳ הידיעה)?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שם פרטי ולכן לא מקבלת ה׳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ה׳ הידיעה אומרת שמדובר בדבר מסוים ומוכר.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שמות של אנשים ומקומות מקבלים ה׳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כשיש שם תואר אחרי שם עצם מיודע, גם התואר מקבל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ראיתי כלב ברחוב. __________ נבח עלי.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 __________ רץ מהר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 + הים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הילד הגבוה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 +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מתי מוסיפים ה׳ הידיעה לשם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מוסיפים ה׳ הידיעה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לה׳ הידיעה כשמוסיפים ב/כ/ל לפני מילה מיודעת?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ה׳ הידיעה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