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מוסיפים ה׳ הידיעה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שגם שם תואר אחרי שם עצם מיודע מקבל 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ה׳ הידיעה נעלמת בכתיב (עם ב/כ/ל) ומתי היא נשארת (עם מ׳)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הכלב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נעלמת בכתיב ונשמע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הכדור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שמות פרטיים כבר מסוימים בלי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התאמה בין שם העצם לתואר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עם מ׳ ה׳ נשארת, למשל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שניהם מקבלים ה׳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כשוטר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(הילד הגבוה)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כשמדובר בדבר מסוים ומוכר שכבר דיברנו עליו קודם.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החתול השחור ישן על הספה.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שימוש נכון בה׳ הידיעה והתאמה בין שם 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שמדובר בדבר מסוים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ה׳ נעלמת בכתיב ונשמע 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צריכה לכלול ה׳ גם בשם העצם וגם בתואר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מהכרטיס ההסבר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ב/כ/ל (ה׳ נעלמת) לבין מ׳ (ה׳ נשארת)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ה׳ הידיעה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ה׳ הידיעה היא אות קטנה בתחילת מילה. היא אומרת: מדובר בדבר ידוע, לא סתם דבר. נתרגל מתי כותבים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שמוסיפים בתחילת מילה כדי לומר שמדובר בדבר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כמו גדול או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אדם או מקום מסוים, לא מקבל ה׳ הידיעה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בכ״ל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ב, כ, ל - כשבאות לפני מילה מיודעת הן בולעות את 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קצרה שנשארת בכתיב אחרי שה׳ נעלמת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ה׳ הידיעה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כתובה עם ה׳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נכון - שם עצם מיודע ותואר מיודע?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שם של מקום, בלי 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לה׳ כשכותבים ל + מילה מיודעת?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נשארת כרגיל בכתיב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נעלמת בכתיב ונשמע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הופכת לאות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מאבדת את 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איזו אות ה׳ לא נעלמת?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כותבים נכון: כדור אדום שאנחנו מכירים?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הכדור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הידיעה אומרת שמדובר בדבר מסוים ומוכר.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של אנשים ומקומות מקבלים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שם תואר אחרי שם עצם מיודע, גם התואר מקבל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האות מ׳ ה׳ הידיעה נעלמת בכתיב.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״הילד הגבוה״ הוא צירוף של שם עצם מיודע ושם תואר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כלב ברחוב. __________ נבח עלי.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 __________ רץ מהר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 + הגן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 + הים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 + השוטר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 + הספרייה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 +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 +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 +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הילד הגבוה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מתי מוסיפים ה׳ הידיעה לשם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שם עצם מיודע ושם תואר מיודע.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קצרים: אחד עם שם עצם לא מיודע, אחד עם אותו שם עצם מיודע, ואחד עם שם עצם מיודע + שם תואר מיודע.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ה׳ הידיעה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לה׳ הידיעה כשמוסיפים ב/כ/ל לפני מילה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מיודע עם שם תואר מיודע.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ה׳ הידיעה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