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ה׳ הידיעה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מתי מוסיפים ה׳ הידיעה לשם עצם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שגם שם תואר אחרי שם עצם מיודע מקבל ה׳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מתי ה׳ הידיעה נעלמת בכתיב (עם ב/כ/ל) ומתי היא נשארת (עם מ׳)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הכלב הקטן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נעלמת בכתיב ונשמע פתח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מהספרייה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הכדור האדום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בדיוק התפקיד של ה׳ הידיעה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שמות פרטיים כבר מסוימים בלי ה׳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צריך התאמה בין שם העצם לתואר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עם מ׳ ה׳ נשארת, למשל מהבית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שניהם מקבלים ה׳ יחד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הכלב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הגבוה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כשוטר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מהספרייה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(הכלב)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(הילד הגבוה)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(בבית)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(מהבית)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כשמדובר בדבר מסוים ומוכר שכבר דיברנו עליו קודם.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החתול השחור ישן על הספה.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לבדוק שימוש נכון בה׳ הידיעה והתאמה בין שם עצם לתואר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צריכה לכלול שמדובר בדבר מסוים ומוכר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ה׳ נעלמת בכתיב ונשמע פתח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הדוגמה צריכה לכלול ה׳ גם בשם העצם וגם בתואר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בדוגמאות מהכרטיס ההסבר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בעל פה את ההבדל בין ב/כ/ל (ה׳ נעלמת) לבין מ׳ (ה׳ נשארת)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ה׳ הידיעה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ה׳ הידיעה היא אות קטנה שמוסיפים לפני שם עצם כדי לומר שמדובר בדבר מסוים ומוכר. בדף הזה נתרגל מתי מוסיפים אותה, מה קורה לשם תואר, ומה קורה לה׳ כשמוסיפים לפניה ב/כ/ל או מ׳.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היא מיודעת (יש לה ה׳ הידיעה)?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ילדה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משפט שם התואר מיודע בהתאמה לשם העצם?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הכלב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הכלב הקטן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כלב הקטן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כלב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היא שם פרטי ולכן לא מקבלת ה׳ הידיעה?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לה׳ הידיעה כשמוסיפים לפניה את האות ל׳?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נשארת כרגיל בכתיב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נעלמת בכתיב ונשמע פתח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הופכת לאות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המילה מאבדת את משמעותה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באיזה צירוף ה׳ הידיעה נשארת למרות שיש תחילית?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כשוטר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מהספרייה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איזה צירוף נכון לתיאור כדור אדום מוכר?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הכדור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כדור האדום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הכדור האדום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כדור אדום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ה׳ הידיעה אומרת שמדובר בדבר מסוים ומוכר.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שמות של אנשים ומקומות מקבלים ה׳ הידיעה.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כשיש שם תואר אחרי שם עצם מיודע, גם התואר מקבל ה׳.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עם האות מ׳ ה׳ הידיעה נעלמת בכתיב.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״הילד הגבוה״ הוא צירוף של שם עצם מיודע ושם תואר מיודע.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ראיתי כלב ברחוב. __________ נבח עלי.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הילד __________ רץ מהר מאוד.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 + הגן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 + הים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 + השוטר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מ + הספרייה =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בבית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ילד גבוה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הכלב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 + הבית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 + הבית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הילד הגבוה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 + הים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מהבית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מתי מוסיפים ה׳ הידיעה לשם עצם.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עם שם עצם מיודע ושם תואר מיודע.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משפטים קצרים: אחד עם שם עצם לא מיודע, אחד עם אותו שם עצם מיודע, ואחד עם שם עצם מיודע + שם תואר מיודע.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מוסיפים ה׳ הידיעה לשם עצם?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לה׳ הידיעה כשמוסיפים ב/כ/ל לפני מילה מיודעת?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לשם עצם מיודע עם שם תואר מיודע.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ה׳ הידיעה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